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C2CB6" w14:paraId="5C930666" w14:textId="77777777">
        <w:trPr>
          <w:jc w:val="center"/>
        </w:trPr>
        <w:tc>
          <w:tcPr>
            <w:tcW w:w="5156" w:type="dxa"/>
            <w:vAlign w:val="center"/>
          </w:tcPr>
          <w:p w14:paraId="0262442C" w14:textId="77777777" w:rsidR="009C2CB6" w:rsidRDefault="00000000" w:rsidP="00BC30E8">
            <w:r>
              <w:rPr>
                <w:noProof/>
              </w:rPr>
              <w:drawing>
                <wp:inline distT="0" distB="0" distL="0" distR="0" wp14:anchorId="1C26B1D9" wp14:editId="1381A142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6" w:type="dxa"/>
            <w:vAlign w:val="center"/>
          </w:tcPr>
          <w:p w14:paraId="0EDDFEDD" w14:textId="76BE205D" w:rsidR="009C2CB6" w:rsidRDefault="009D5425" w:rsidP="009D5425">
            <w:r>
              <w:rPr>
                <w:b/>
                <w:sz w:val="38"/>
              </w:rPr>
              <w:t xml:space="preserve">       IZJAVA O PRIVOLI</w:t>
            </w:r>
          </w:p>
          <w:p w14:paraId="1A4F53F7" w14:textId="5581F622" w:rsidR="009D5425" w:rsidRDefault="00000000" w:rsidP="009D5425">
            <w:pPr>
              <w:spacing w:after="0"/>
              <w:rPr>
                <w:rFonts w:ascii="revert-layer" w:hAnsi="revert-layer" w:hint="eastAsia"/>
                <w:color w:val="1D1D1D"/>
                <w:szCs w:val="20"/>
              </w:rPr>
            </w:pPr>
            <w:r>
              <w:rPr>
                <w:sz w:val="18"/>
              </w:rPr>
              <w:t xml:space="preserve">DOM Sv. Josip – dom za </w:t>
            </w:r>
            <w:proofErr w:type="spellStart"/>
            <w:r>
              <w:rPr>
                <w:sz w:val="18"/>
              </w:rPr>
              <w:t>starije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osobe</w:t>
            </w:r>
            <w:proofErr w:type="spellEnd"/>
            <w:r>
              <w:rPr>
                <w:sz w:val="18"/>
              </w:rPr>
              <w:t xml:space="preserve"> | </w:t>
            </w:r>
            <w:proofErr w:type="spellStart"/>
            <w:r>
              <w:rPr>
                <w:sz w:val="18"/>
              </w:rPr>
              <w:t>Glavna</w:t>
            </w:r>
            <w:proofErr w:type="spellEnd"/>
            <w:r>
              <w:rPr>
                <w:sz w:val="18"/>
              </w:rPr>
              <w:t xml:space="preserve"> 15, </w:t>
            </w:r>
            <w:proofErr w:type="spellStart"/>
            <w:r>
              <w:rPr>
                <w:sz w:val="18"/>
              </w:rPr>
              <w:t>Čukovec</w:t>
            </w:r>
            <w:proofErr w:type="spellEnd"/>
            <w:r>
              <w:rPr>
                <w:sz w:val="18"/>
              </w:rPr>
              <w:t xml:space="preserve">, 42230 </w:t>
            </w:r>
            <w:proofErr w:type="spellStart"/>
            <w:r>
              <w:rPr>
                <w:sz w:val="18"/>
              </w:rPr>
              <w:t>Ludbreg</w:t>
            </w:r>
            <w:proofErr w:type="spellEnd"/>
            <w:r w:rsidR="009D5425">
              <w:rPr>
                <w:sz w:val="18"/>
              </w:rPr>
              <w:t xml:space="preserve"> | e-mail: </w:t>
            </w:r>
            <w:r w:rsidR="009D5425" w:rsidRPr="009D5425">
              <w:rPr>
                <w:sz w:val="18"/>
              </w:rPr>
              <w:t>info@domsvetijosip.hr</w:t>
            </w:r>
          </w:p>
          <w:p w14:paraId="75872493" w14:textId="7054E8D8" w:rsidR="009C2CB6" w:rsidRDefault="009C2CB6">
            <w:pPr>
              <w:jc w:val="center"/>
            </w:pPr>
          </w:p>
        </w:tc>
      </w:tr>
    </w:tbl>
    <w:p w14:paraId="0F695F95" w14:textId="77777777" w:rsidR="009C2CB6" w:rsidRDefault="00000000">
      <w:pPr>
        <w:pStyle w:val="Heading1"/>
      </w:pPr>
      <w:r>
        <w:t>Podaci ispitanika</w:t>
      </w:r>
    </w:p>
    <w:p w14:paraId="58849984" w14:textId="77777777" w:rsidR="009C2CB6" w:rsidRDefault="00000000">
      <w:pPr>
        <w:spacing w:after="100"/>
      </w:pPr>
      <w:r>
        <w:rPr>
          <w:b/>
        </w:rPr>
        <w:t>Ime i prezime:</w:t>
      </w:r>
      <w:r>
        <w:t xml:space="preserve">  __________________________________________________________</w:t>
      </w:r>
    </w:p>
    <w:p w14:paraId="7202343E" w14:textId="77777777" w:rsidR="009C2CB6" w:rsidRDefault="00000000">
      <w:pPr>
        <w:spacing w:after="100"/>
      </w:pPr>
      <w:r>
        <w:rPr>
          <w:b/>
        </w:rPr>
        <w:t>Prebivalište:</w:t>
      </w:r>
      <w:r>
        <w:t xml:space="preserve">  __________________________________________________________</w:t>
      </w:r>
    </w:p>
    <w:p w14:paraId="599B1FD0" w14:textId="77777777" w:rsidR="009C2CB6" w:rsidRDefault="00000000">
      <w:pPr>
        <w:spacing w:after="100"/>
      </w:pPr>
      <w:r>
        <w:rPr>
          <w:b/>
        </w:rPr>
        <w:t>OIB:</w:t>
      </w:r>
      <w:r>
        <w:t xml:space="preserve">  __________________________________________________________</w:t>
      </w:r>
    </w:p>
    <w:p w14:paraId="2F2060FB" w14:textId="06ED34A1" w:rsidR="009C2CB6" w:rsidRDefault="00000000">
      <w:pPr>
        <w:jc w:val="both"/>
      </w:pPr>
      <w:r>
        <w:rPr>
          <w:b/>
        </w:rPr>
        <w:t xml:space="preserve">Ja, gore navedeni/a ispitanik/ca, dajem privolu </w:t>
      </w:r>
      <w:r>
        <w:t xml:space="preserve">DOMU Sv. Josip </w:t>
      </w:r>
      <w:r w:rsidR="00BC30E8">
        <w:t>-</w:t>
      </w:r>
      <w:r>
        <w:t xml:space="preserve"> </w:t>
      </w:r>
      <w:proofErr w:type="spellStart"/>
      <w:r>
        <w:t>domu</w:t>
      </w:r>
      <w:proofErr w:type="spellEnd"/>
      <w:r>
        <w:t xml:space="preserve"> za </w:t>
      </w:r>
      <w:proofErr w:type="spellStart"/>
      <w:r>
        <w:t>starije</w:t>
      </w:r>
      <w:proofErr w:type="spellEnd"/>
      <w:r>
        <w:t xml:space="preserve"> </w:t>
      </w:r>
      <w:proofErr w:type="spellStart"/>
      <w:r>
        <w:t>osobe</w:t>
      </w:r>
      <w:proofErr w:type="spellEnd"/>
      <w:r>
        <w:t>, kao voditelju obrade, za obradu mojih osobnih podataka u niže navedenim svrhama. Upoznat/a sam da privolu mogu povući u svakom trenutku te da povlačenje ne utječe na zakonitost obrade provedene prije njezina povlačenja.</w:t>
      </w:r>
    </w:p>
    <w:p w14:paraId="08353EAD" w14:textId="77777777" w:rsidR="009C2CB6" w:rsidRDefault="00000000">
      <w:pPr>
        <w:pStyle w:val="Heading1"/>
      </w:pPr>
      <w:r>
        <w:t>Svrhe obrade osobnih podataka</w:t>
      </w:r>
    </w:p>
    <w:p w14:paraId="7DB21CE1" w14:textId="77777777" w:rsidR="009C2CB6" w:rsidRDefault="00000000">
      <w:pPr>
        <w:spacing w:after="40"/>
        <w:ind w:left="198"/>
      </w:pPr>
      <w:r>
        <w:t>☐  prijem u Dom i pružanje socijalne usluge smještaja</w:t>
      </w:r>
    </w:p>
    <w:p w14:paraId="350AE01F" w14:textId="77777777" w:rsidR="009C2CB6" w:rsidRDefault="00000000">
      <w:pPr>
        <w:spacing w:after="40"/>
        <w:ind w:left="198"/>
      </w:pPr>
      <w:r>
        <w:t>☐  vođenje internih evidencija o osobnoj higijeni, brizi o zdravlju, pruženoj njezi, fizikalnoj rehabilitaciji i prehrani</w:t>
      </w:r>
    </w:p>
    <w:p w14:paraId="7D44CCD1" w14:textId="77777777" w:rsidR="009C2CB6" w:rsidRDefault="00000000">
      <w:pPr>
        <w:spacing w:after="40"/>
        <w:ind w:left="198"/>
      </w:pPr>
      <w:r>
        <w:t>☐  utvrđivanje obveznika plaćanja i kontakt osoba</w:t>
      </w:r>
    </w:p>
    <w:p w14:paraId="537259AC" w14:textId="77777777" w:rsidR="009C2CB6" w:rsidRDefault="00000000">
      <w:pPr>
        <w:spacing w:after="40"/>
        <w:ind w:left="198"/>
      </w:pPr>
      <w:r>
        <w:t>☐  reguliranje prava iz sustava socijalne skrbi, mirovinskog i zdravstvenog sustava</w:t>
      </w:r>
    </w:p>
    <w:p w14:paraId="64E6FCF7" w14:textId="77777777" w:rsidR="009C2CB6" w:rsidRDefault="00000000">
      <w:pPr>
        <w:spacing w:after="40"/>
        <w:ind w:left="198"/>
      </w:pPr>
      <w:r>
        <w:t>☐  obračun opskrbnine</w:t>
      </w:r>
    </w:p>
    <w:p w14:paraId="0C8375A3" w14:textId="77777777" w:rsidR="009C2CB6" w:rsidRDefault="00000000">
      <w:pPr>
        <w:pStyle w:val="Heading1"/>
      </w:pPr>
      <w:r>
        <w:t>Privola za fotografije i promotivne sadržaje</w:t>
      </w:r>
    </w:p>
    <w:p w14:paraId="2A44A2E4" w14:textId="77777777" w:rsidR="009C2CB6" w:rsidRDefault="00000000">
      <w:pPr>
        <w:spacing w:after="60"/>
      </w:pPr>
      <w:r>
        <w:t>Molimo označite svaku stavku zasebno:</w:t>
      </w:r>
    </w:p>
    <w:p w14:paraId="2629D2E8" w14:textId="77777777" w:rsidR="009C2CB6" w:rsidRDefault="00000000">
      <w:pPr>
        <w:spacing w:after="40"/>
        <w:ind w:left="198"/>
      </w:pPr>
      <w:r>
        <w:t>☐  PRISTAJEM na objavu fotografija na službenoj web-stranici Doma.</w:t>
      </w:r>
    </w:p>
    <w:p w14:paraId="2D8CCC19" w14:textId="77777777" w:rsidR="009C2CB6" w:rsidRDefault="00000000">
      <w:pPr>
        <w:spacing w:after="40"/>
        <w:ind w:left="198"/>
      </w:pPr>
      <w:r>
        <w:t>☐  PRISTAJEM na objavu fotografija na društvenim mrežama Doma.</w:t>
      </w:r>
    </w:p>
    <w:p w14:paraId="0D7EAF4E" w14:textId="77777777" w:rsidR="009C2CB6" w:rsidRDefault="00000000">
      <w:pPr>
        <w:spacing w:after="40"/>
        <w:ind w:left="198"/>
      </w:pPr>
      <w:r>
        <w:t>☐  PRISTAJEM na uporabu fotografija u promotivnim materijalima Doma (letak, plakat, video i sl.).</w:t>
      </w:r>
    </w:p>
    <w:p w14:paraId="5017FD1B" w14:textId="77777777" w:rsidR="009C2CB6" w:rsidRDefault="00000000">
      <w:pPr>
        <w:spacing w:after="40"/>
        <w:ind w:left="198"/>
      </w:pPr>
      <w:r>
        <w:t>☐  NE PRISTAJEM na objavu i promotivnu uporabu mojih fotografija.</w:t>
      </w:r>
    </w:p>
    <w:p w14:paraId="4355D05F" w14:textId="77777777" w:rsidR="009C2CB6" w:rsidRDefault="00000000">
      <w:pPr>
        <w:spacing w:before="120"/>
        <w:jc w:val="both"/>
      </w:pPr>
      <w:r>
        <w:rPr>
          <w:b/>
        </w:rPr>
        <w:t xml:space="preserve">Napomena: </w:t>
      </w:r>
      <w:r>
        <w:t>Privola za objavu i promotivnu uporabu fotografija može se povući u svakom trenutku za buduće obrade.</w:t>
      </w:r>
    </w:p>
    <w:p w14:paraId="4E27A500" w14:textId="77777777" w:rsidR="009C2CB6" w:rsidRDefault="00000000">
      <w:pPr>
        <w:spacing w:before="200"/>
      </w:pPr>
      <w:r>
        <w:rPr>
          <w:b/>
        </w:rPr>
        <w:t xml:space="preserve">Mjesto: </w:t>
      </w:r>
      <w:r>
        <w:t>____________________</w:t>
      </w:r>
      <w:r>
        <w:rPr>
          <w:b/>
        </w:rPr>
        <w:t xml:space="preserve">    Datum: </w:t>
      </w:r>
      <w:r>
        <w:t>__________________</w:t>
      </w:r>
    </w:p>
    <w:p w14:paraId="61F1DEB1" w14:textId="77777777" w:rsidR="009C2CB6" w:rsidRDefault="00000000">
      <w:pPr>
        <w:spacing w:before="200"/>
        <w:jc w:val="right"/>
      </w:pPr>
      <w:r>
        <w:rPr>
          <w:b/>
        </w:rPr>
        <w:t>Potpis ispitanika/ce:  ______________________________</w:t>
      </w:r>
    </w:p>
    <w:p w14:paraId="16F92982" w14:textId="77777777" w:rsidR="009C2CB6" w:rsidRDefault="009C2CB6">
      <w:pPr>
        <w:sectPr w:rsidR="009C2CB6">
          <w:footerReference w:type="even" r:id="rId9"/>
          <w:footerReference w:type="first" r:id="rId10"/>
          <w:pgSz w:w="12240" w:h="15840"/>
          <w:pgMar w:top="794" w:right="964" w:bottom="794" w:left="964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C2CB6" w14:paraId="022AC421" w14:textId="77777777">
        <w:trPr>
          <w:jc w:val="center"/>
        </w:trPr>
        <w:tc>
          <w:tcPr>
            <w:tcW w:w="5156" w:type="dxa"/>
            <w:vAlign w:val="center"/>
          </w:tcPr>
          <w:p w14:paraId="6FBA27B5" w14:textId="77777777" w:rsidR="009C2CB6" w:rsidRDefault="00000000" w:rsidP="00BC30E8">
            <w:r>
              <w:rPr>
                <w:noProof/>
              </w:rPr>
              <w:lastRenderedPageBreak/>
              <w:drawing>
                <wp:inline distT="0" distB="0" distL="0" distR="0" wp14:anchorId="6F142921" wp14:editId="737AD41E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6" w:type="dxa"/>
            <w:vAlign w:val="center"/>
          </w:tcPr>
          <w:p w14:paraId="53922F88" w14:textId="77777777" w:rsidR="009C2CB6" w:rsidRDefault="00000000">
            <w:pPr>
              <w:jc w:val="center"/>
            </w:pPr>
            <w:r>
              <w:rPr>
                <w:b/>
                <w:sz w:val="38"/>
              </w:rPr>
              <w:t>INFORMACIJE O OBRADI OSOBNIH PODATAKA</w:t>
            </w:r>
          </w:p>
          <w:p w14:paraId="2A365A16" w14:textId="77777777" w:rsidR="009C2CB6" w:rsidRDefault="00000000">
            <w:pPr>
              <w:jc w:val="center"/>
            </w:pPr>
            <w:r>
              <w:rPr>
                <w:sz w:val="18"/>
              </w:rPr>
              <w:t>Informacije koje voditelj obrade pruža ispitaniku u trenutku prikupljanja osobnih podataka</w:t>
            </w:r>
          </w:p>
        </w:tc>
      </w:tr>
    </w:tbl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6803"/>
      </w:tblGrid>
      <w:tr w:rsidR="009C2CB6" w14:paraId="56CA8C6F" w14:textId="77777777">
        <w:trPr>
          <w:tblHeader/>
          <w:jc w:val="center"/>
        </w:trPr>
        <w:tc>
          <w:tcPr>
            <w:tcW w:w="5156" w:type="dxa"/>
            <w:shd w:val="clear" w:color="auto" w:fill="EDEDED"/>
          </w:tcPr>
          <w:p w14:paraId="3DB2DA10" w14:textId="77777777" w:rsidR="009C2CB6" w:rsidRDefault="00000000">
            <w:r>
              <w:rPr>
                <w:b/>
              </w:rPr>
              <w:t>PODRUČJE</w:t>
            </w:r>
          </w:p>
        </w:tc>
        <w:tc>
          <w:tcPr>
            <w:tcW w:w="5156" w:type="dxa"/>
            <w:shd w:val="clear" w:color="auto" w:fill="EDEDED"/>
          </w:tcPr>
          <w:p w14:paraId="11647AE0" w14:textId="77777777" w:rsidR="009C2CB6" w:rsidRDefault="00000000">
            <w:r>
              <w:rPr>
                <w:b/>
              </w:rPr>
              <w:t>INFORMACIJA</w:t>
            </w:r>
          </w:p>
        </w:tc>
      </w:tr>
      <w:tr w:rsidR="009C2CB6" w14:paraId="113AF1AD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A6CD8" w14:textId="77777777" w:rsidR="009C2CB6" w:rsidRDefault="00000000">
            <w:r>
              <w:rPr>
                <w:b/>
              </w:rPr>
              <w:t>Voditelj obrade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E713C" w14:textId="3D23C75A" w:rsidR="009C2CB6" w:rsidRDefault="00000000">
            <w:r>
              <w:t xml:space="preserve">DOM Sv. Josip </w:t>
            </w:r>
            <w:r w:rsidR="00BC30E8">
              <w:t>-</w:t>
            </w:r>
            <w:r>
              <w:t xml:space="preserve"> </w:t>
            </w:r>
            <w:proofErr w:type="spellStart"/>
            <w:r>
              <w:t>dom</w:t>
            </w:r>
            <w:proofErr w:type="spellEnd"/>
            <w:r>
              <w:t xml:space="preserve"> za </w:t>
            </w:r>
            <w:proofErr w:type="spellStart"/>
            <w:r>
              <w:t>starije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br/>
              <w:t xml:space="preserve">Glavna 15, Čukovec </w:t>
            </w:r>
            <w:r w:rsidR="00BC30E8">
              <w:t>-</w:t>
            </w:r>
            <w:r>
              <w:t xml:space="preserve"> Ludbreg</w:t>
            </w:r>
          </w:p>
        </w:tc>
      </w:tr>
      <w:tr w:rsidR="009C2CB6" w14:paraId="7170F7F4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563C76" w14:textId="77777777" w:rsidR="009C2CB6" w:rsidRDefault="00000000">
            <w:r>
              <w:rPr>
                <w:b/>
              </w:rPr>
              <w:t>Kontakt službenika za zaštitu podataka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A40B4" w14:textId="3A3EFE64" w:rsidR="009C2CB6" w:rsidRDefault="00DF3C35">
            <w:proofErr w:type="spellStart"/>
            <w:r>
              <w:t>Grandić</w:t>
            </w:r>
            <w:proofErr w:type="spellEnd"/>
            <w:r>
              <w:t xml:space="preserve"> R.</w:t>
            </w:r>
            <w:r w:rsidR="00000000">
              <w:t>, med. sestra</w:t>
            </w:r>
            <w:r w:rsidR="00000000">
              <w:br/>
              <w:t>042/848 039</w:t>
            </w:r>
          </w:p>
        </w:tc>
      </w:tr>
      <w:tr w:rsidR="009C2CB6" w14:paraId="5187A9F2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53F2F" w14:textId="77777777" w:rsidR="009C2CB6" w:rsidRDefault="00000000">
            <w:r>
              <w:rPr>
                <w:b/>
              </w:rPr>
              <w:t>Svrhe obrade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5A500" w14:textId="77777777" w:rsidR="009C2CB6" w:rsidRDefault="00000000">
            <w:r>
              <w:t>• Utvrđivanje liste čekanja</w:t>
            </w:r>
            <w:r>
              <w:br/>
              <w:t>• Prijem korisnika u Dom</w:t>
            </w:r>
            <w:r>
              <w:br/>
              <w:t>• Utvrđivanje obveznika plaćanja i kontakt osoba</w:t>
            </w:r>
            <w:r>
              <w:br/>
              <w:t>• Zaključivanje ugovora o smještaju</w:t>
            </w:r>
            <w:r>
              <w:br/>
              <w:t>• Pružanje socijalne usluge smještaja</w:t>
            </w:r>
            <w:r>
              <w:br/>
              <w:t>• Reguliranje prava korisnika</w:t>
            </w:r>
            <w:r>
              <w:br/>
              <w:t>• Statistička obrada podataka</w:t>
            </w:r>
          </w:p>
        </w:tc>
      </w:tr>
      <w:tr w:rsidR="009C2CB6" w14:paraId="1FA3A0CA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8F848D" w14:textId="77777777" w:rsidR="009C2CB6" w:rsidRDefault="00000000">
            <w:r>
              <w:rPr>
                <w:b/>
              </w:rPr>
              <w:t>Osnova i propisi navedeni u postojećem obrascu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DCF4AF" w14:textId="77777777" w:rsidR="009C2CB6" w:rsidRDefault="00000000">
            <w:r>
              <w:t>Zakon o socijalnoj skrbi; Pravilnik o vođenju evidencije i dokumentacije pružatelja socijalnih usluga te načinu i rokovima za dostavu izvješća; Zakon o provedbi Opće uredbe o zaštiti podataka; Opća uredba o zaštiti podataka; Pravilnik o prijemu i otpustu.</w:t>
            </w:r>
          </w:p>
        </w:tc>
      </w:tr>
      <w:tr w:rsidR="009C2CB6" w14:paraId="1C020370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C163C" w14:textId="77777777" w:rsidR="009C2CB6" w:rsidRDefault="00000000">
            <w:r>
              <w:rPr>
                <w:b/>
              </w:rPr>
              <w:t>Primatelji osobnih podataka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DE61E" w14:textId="3C51D826" w:rsidR="009C2CB6" w:rsidRDefault="00000000">
            <w:r>
              <w:t xml:space="preserve">DOM Sv. Josip </w:t>
            </w:r>
            <w:r w:rsidR="00BC30E8">
              <w:t>-</w:t>
            </w:r>
            <w:r>
              <w:t>dom za starije osobe; Grad Ludbreg; nadležno ministarstvo te, kada postoji odgovarajuća osnova: nadležna ustanova socijalne skrbi, HZZO i HZMO.</w:t>
            </w:r>
          </w:p>
        </w:tc>
      </w:tr>
      <w:tr w:rsidR="009C2CB6" w14:paraId="576D62F3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AA0CE" w14:textId="77777777" w:rsidR="009C2CB6" w:rsidRDefault="00000000">
            <w:r>
              <w:rPr>
                <w:b/>
              </w:rPr>
              <w:t>Razdoblje pohrane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7AC65" w14:textId="77777777" w:rsidR="009C2CB6" w:rsidRDefault="00000000">
            <w:r>
              <w:t>Prema pravilima o zaštiti, korištenju i obradi arhivskog i registraturnog gradiva, ako posebnim propisom nije određeno drukčije.</w:t>
            </w:r>
          </w:p>
        </w:tc>
      </w:tr>
      <w:tr w:rsidR="009C2CB6" w14:paraId="13B89BDD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79F054" w14:textId="77777777" w:rsidR="009C2CB6" w:rsidRDefault="00000000">
            <w:r>
              <w:rPr>
                <w:b/>
              </w:rPr>
              <w:t>Prava ispitanika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57725" w14:textId="77777777" w:rsidR="009C2CB6" w:rsidRDefault="00000000">
            <w:r>
              <w:t>Pravo zatražiti pristup osobnim podacima, ispravak netočnih podataka, brisanje, ograničenje obrade i prenosivost podataka, u skladu s primjenjivim propisima.</w:t>
            </w:r>
          </w:p>
        </w:tc>
      </w:tr>
      <w:tr w:rsidR="009C2CB6" w14:paraId="2EC2210B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02376" w14:textId="77777777" w:rsidR="009C2CB6" w:rsidRDefault="00000000">
            <w:r>
              <w:rPr>
                <w:b/>
              </w:rPr>
              <w:t>Pravo na pritužbu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D25DB" w14:textId="77777777" w:rsidR="009C2CB6" w:rsidRDefault="00000000">
            <w:r>
              <w:t>Ispitanik ima pravo podnijeti pritužbu Agenciji za zaštitu osobnih podataka.</w:t>
            </w:r>
          </w:p>
        </w:tc>
      </w:tr>
      <w:tr w:rsidR="009C2CB6" w14:paraId="62B4E629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A7EB5" w14:textId="77777777" w:rsidR="009C2CB6" w:rsidRDefault="00000000">
            <w:r>
              <w:rPr>
                <w:b/>
              </w:rPr>
              <w:t>Izvori podataka koji nisu prikupljeni od ispitanika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BCC2E" w14:textId="77777777" w:rsidR="009C2CB6" w:rsidRDefault="00000000">
            <w:r>
              <w:t>Skrbnik i nadležna ustanova socijalne skrbi, kada je primjenjivo.</w:t>
            </w:r>
          </w:p>
        </w:tc>
      </w:tr>
      <w:tr w:rsidR="009C2CB6" w14:paraId="4BDF37C8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EB0D9" w14:textId="77777777" w:rsidR="009C2CB6" w:rsidRDefault="00000000">
            <w:r>
              <w:rPr>
                <w:b/>
              </w:rPr>
              <w:t>Automatizirano donošenje odluka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035BA2" w14:textId="77777777" w:rsidR="009C2CB6" w:rsidRDefault="00000000">
            <w:r>
              <w:t>Ne postoji automatizirano donošenje odluka.</w:t>
            </w:r>
          </w:p>
        </w:tc>
      </w:tr>
    </w:tbl>
    <w:p w14:paraId="4D6BDD14" w14:textId="77777777" w:rsidR="009C2CB6" w:rsidRDefault="00000000">
      <w:pPr>
        <w:spacing w:before="160"/>
      </w:pPr>
      <w:r>
        <w:rPr>
          <w:b/>
        </w:rPr>
        <w:t xml:space="preserve">Potvrđujem da sam dana </w:t>
      </w:r>
      <w:r>
        <w:t>__________________ primio/la gore navedene informacije.</w:t>
      </w:r>
    </w:p>
    <w:p w14:paraId="3E0D37E9" w14:textId="77777777" w:rsidR="009C2CB6" w:rsidRDefault="00000000">
      <w:pPr>
        <w:spacing w:before="160"/>
        <w:jc w:val="right"/>
      </w:pPr>
      <w:r>
        <w:rPr>
          <w:b/>
        </w:rPr>
        <w:t>Potpis ispitanika/ce:  ______________________________</w:t>
      </w:r>
    </w:p>
    <w:sectPr w:rsidR="009C2CB6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3AE8AA" w14:textId="77777777" w:rsidR="00874FCA" w:rsidRDefault="00874FCA" w:rsidP="00BC30E8">
      <w:pPr>
        <w:spacing w:after="0" w:line="240" w:lineRule="auto"/>
      </w:pPr>
      <w:r>
        <w:separator/>
      </w:r>
    </w:p>
  </w:endnote>
  <w:endnote w:type="continuationSeparator" w:id="0">
    <w:p w14:paraId="2B3B38AD" w14:textId="77777777" w:rsidR="00874FCA" w:rsidRDefault="00874FCA" w:rsidP="00BC3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evert-layer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579AB" w14:textId="4731FB1C" w:rsidR="00BC30E8" w:rsidRDefault="00BC30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7B3C95" wp14:editId="0930A5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43305" cy="333375"/>
              <wp:effectExtent l="0" t="0" r="10795" b="0"/>
              <wp:wrapNone/>
              <wp:docPr id="1243268638" name="Text Box 2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30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6B4EEB" w14:textId="21BF5BE6" w:rsidR="00BC30E8" w:rsidRPr="00BC30E8" w:rsidRDefault="00BC30E8" w:rsidP="00BC30E8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C30E8">
                            <w:rPr>
                              <w:rFonts w:eastAsia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="">
          <w:pict>
            <v:shapetype w14:anchorId="637B3C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Personal" style="position:absolute;margin-left:0;margin-top:0;width:82.15pt;height:26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" filled="f" stroked="f">
              <v:fill o:detectmouseclick="t"/>
              <v:textbox style="mso-fit-shape-to-text:t" inset="0,0,0,15pt">
                <w:txbxContent>
                  <w:p w14:paraId="1A6B4EEB" w14:textId="21BF5BE6" w:rsidR="00BC30E8" w:rsidRPr="00BC30E8" w:rsidRDefault="00BC30E8" w:rsidP="00BC30E8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C30E8">
                      <w:rPr>
                        <w:rFonts w:eastAsia="Aptos" w:cs="Aptos"/>
                        <w:noProof/>
                        <w:color w:val="000000"/>
                        <w:sz w:val="16"/>
                        <w:szCs w:val="16"/>
                      </w:rPr>
                      <w:t>Classification: 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71A9BF" w14:textId="4F7C1422" w:rsidR="00BC30E8" w:rsidRDefault="00BC30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1D2E2C" wp14:editId="5151AB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43305" cy="333375"/>
              <wp:effectExtent l="0" t="0" r="10795" b="0"/>
              <wp:wrapNone/>
              <wp:docPr id="1897861536" name="Text Box 1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30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930CDD" w14:textId="70613F37" w:rsidR="00BC30E8" w:rsidRPr="00BC30E8" w:rsidRDefault="00BC30E8" w:rsidP="00BC30E8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C30E8">
                            <w:rPr>
                              <w:rFonts w:eastAsia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="">
          <w:pict>
            <v:shapetype w14:anchorId="661D2E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lassification: Personal" style="position:absolute;margin-left:0;margin-top:0;width:82.15pt;height:26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" filled="f" stroked="f">
              <v:fill o:detectmouseclick="t"/>
              <v:textbox style="mso-fit-shape-to-text:t" inset="0,0,0,15pt">
                <w:txbxContent>
                  <w:p w14:paraId="3C930CDD" w14:textId="70613F37" w:rsidR="00BC30E8" w:rsidRPr="00BC30E8" w:rsidRDefault="00BC30E8" w:rsidP="00BC30E8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C30E8">
                      <w:rPr>
                        <w:rFonts w:eastAsia="Aptos" w:cs="Aptos"/>
                        <w:noProof/>
                        <w:color w:val="000000"/>
                        <w:sz w:val="16"/>
                        <w:szCs w:val="16"/>
                      </w:rPr>
                      <w:t>Classification: 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F7321A" w14:textId="77777777" w:rsidR="00874FCA" w:rsidRDefault="00874FCA" w:rsidP="00BC30E8">
      <w:pPr>
        <w:spacing w:after="0" w:line="240" w:lineRule="auto"/>
      </w:pPr>
      <w:r>
        <w:separator/>
      </w:r>
    </w:p>
  </w:footnote>
  <w:footnote w:type="continuationSeparator" w:id="0">
    <w:p w14:paraId="173D0194" w14:textId="77777777" w:rsidR="00874FCA" w:rsidRDefault="00874FCA" w:rsidP="00BC3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4459907">
    <w:abstractNumId w:val="8"/>
  </w:num>
  <w:num w:numId="2" w16cid:durableId="1273828219">
    <w:abstractNumId w:val="6"/>
  </w:num>
  <w:num w:numId="3" w16cid:durableId="567423844">
    <w:abstractNumId w:val="5"/>
  </w:num>
  <w:num w:numId="4" w16cid:durableId="1980766455">
    <w:abstractNumId w:val="4"/>
  </w:num>
  <w:num w:numId="5" w16cid:durableId="1168668381">
    <w:abstractNumId w:val="7"/>
  </w:num>
  <w:num w:numId="6" w16cid:durableId="841822972">
    <w:abstractNumId w:val="3"/>
  </w:num>
  <w:num w:numId="7" w16cid:durableId="161968443">
    <w:abstractNumId w:val="2"/>
  </w:num>
  <w:num w:numId="8" w16cid:durableId="1595628325">
    <w:abstractNumId w:val="1"/>
  </w:num>
  <w:num w:numId="9" w16cid:durableId="4434229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E24"/>
    <w:rsid w:val="0006063C"/>
    <w:rsid w:val="0015074B"/>
    <w:rsid w:val="0029639D"/>
    <w:rsid w:val="002E1896"/>
    <w:rsid w:val="00326F90"/>
    <w:rsid w:val="003F14F1"/>
    <w:rsid w:val="00541F9C"/>
    <w:rsid w:val="007E4064"/>
    <w:rsid w:val="00874FCA"/>
    <w:rsid w:val="00943AD3"/>
    <w:rsid w:val="009C2CB6"/>
    <w:rsid w:val="009D5425"/>
    <w:rsid w:val="00AA1D8D"/>
    <w:rsid w:val="00B47730"/>
    <w:rsid w:val="00BC30E8"/>
    <w:rsid w:val="00BC781D"/>
    <w:rsid w:val="00CB0664"/>
    <w:rsid w:val="00DF3C35"/>
    <w:rsid w:val="00FC693F"/>
    <w:rsid w:val="00FF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6A077"/>
  <w14:defaultImageDpi w14:val="300"/>
  <w15:docId w15:val="{42E91C13-868A-F14E-B371-39A0E73B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e3a31c6-f4ec-4a17-8c2e-708913804d95}" enabled="1" method="Privileged" siteId="{f9399a4a-bd28-412e-944f-8a14d21c5ee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2999</Characters>
  <Application>Microsoft Office Word</Application>
  <DocSecurity>0</DocSecurity>
  <Lines>74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Sv.Josip</dc:creator>
  <cp:keywords/>
  <dc:description/>
  <cp:lastModifiedBy>Dajana Grandic</cp:lastModifiedBy>
  <cp:revision>3</cp:revision>
  <dcterms:created xsi:type="dcterms:W3CDTF">2026-08-19T09:12:00Z</dcterms:created>
  <dcterms:modified xsi:type="dcterms:W3CDTF">2026-08-20T17:40:00Z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711f11a0,4a1ac61e,1de8d03c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Classification: Personal</vt:lpwstr>
  </property>
</Properties>
</file>